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Times New Roman" w:hAnsi="Times New Roman"/>
        </w:rPr>
        <w:t>Настройка Xamarin Android</w:t>
        <w:br/>
        <w:t>в Visual Studio 2019</w:t>
      </w:r>
    </w:p>
    <w:p>
      <w:r>
        <w:rPr>
          <w:rFonts w:ascii="Times New Roman" w:hAnsi="Times New Roman"/>
          <w:b/>
        </w:rPr>
        <w:t>Порядок установки SDK и устранения ошибок сборки и запуска эмулятора</w:t>
      </w:r>
    </w:p>
    <w:p>
      <w:r>
        <w:rPr>
          <w:rFonts w:ascii="Times New Roman" w:hAnsi="Times New Roman"/>
          <w:b w:val="0"/>
        </w:rPr>
        <w:t>Рабочая памятка для учебных компьютеров. Разбор выполнен 10 сентября 2026 года; инструкция оформлена 11 сентября 2026 года.</w:t>
      </w:r>
    </w:p>
    <w:p>
      <w:r>
        <w:rPr>
          <w:rFonts w:ascii="Times New Roman" w:hAnsi="Times New Roman"/>
          <w:b w:val="0"/>
        </w:rPr>
        <w:t>В разобранном случае сборка восстановилась после исправления расположения проекта. Эмулятор заработал после переноса его файлов в путь без кириллицы и явного указания каталогов AVD и SDK. Ниже приведён порядок действий без повторения неудачных переустановок.</w:t>
      </w:r>
    </w:p>
    <w:p>
      <w:pPr>
        <w:pStyle w:val="Heading1"/>
      </w:pPr>
      <w:r>
        <w:rPr>
          <w:rFonts w:ascii="Times New Roman" w:hAnsi="Times New Roman"/>
        </w:rPr>
        <w:t>1 Установка компонентов Android SDK</w:t>
      </w:r>
    </w:p>
    <w:p>
      <w:r>
        <w:rPr>
          <w:rFonts w:ascii="Times New Roman" w:hAnsi="Times New Roman"/>
          <w:b w:val="0"/>
        </w:rPr>
        <w:t>Откройте Visual Studio → Средства → Android → Диспетчер SDK Android. На вкладке «Платформы» установите SDK Platform, соответствующую версии компиляции проекта. В нашем случае — Android SDK Platform 30, поскольку проект компилировался для Android 11.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515"/>
        <w:gridCol w:w="2381"/>
        <w:gridCol w:w="4025"/>
      </w:tblGrid>
      <w:tr>
        <w:trPr>
          <w:cantSplit/>
          <w:tblHeader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DEDED"/>
          </w:tcPr>
          <w:p>
            <w:pPr>
              <w:spacing w:after="40"/>
            </w:pPr>
            <w:r>
              <w:rPr>
                <w:b/>
                <w:sz w:val="24"/>
              </w:rPr>
              <w:t>Компонент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DEDED"/>
          </w:tcPr>
          <w:p>
            <w:pPr>
              <w:spacing w:after="40"/>
            </w:pPr>
            <w:r>
              <w:rPr>
                <w:b/>
                <w:sz w:val="24"/>
              </w:rPr>
              <w:t>Версия на настроенном ПК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DEDED"/>
          </w:tcPr>
          <w:p>
            <w:pPr>
              <w:spacing w:after="40"/>
            </w:pPr>
            <w:r>
              <w:rPr>
                <w:b/>
                <w:sz w:val="24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SDK Platform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30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Сборка проекта для API 30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SDK Build-Tools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30.0.2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Обработка ресурсов и сборка APK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SDK Platform-Tools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30.0.4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ADB и связь с устройством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SDK Command-line Tools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2.1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Управление пакетами SDK и AVD</w:t>
            </w:r>
          </w:p>
        </w:tc>
      </w:tr>
      <w:tr>
        <w:trPr>
          <w:cantSplit/>
        </w:trPr>
        <w:tc>
          <w:tcPr>
            <w:tcW w:type="dxa" w:w="351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Emulator</w:t>
            </w:r>
          </w:p>
        </w:tc>
        <w:tc>
          <w:tcPr>
            <w:tcW w:type="dxa" w:w="2381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30.1.5</w:t>
            </w:r>
          </w:p>
        </w:tc>
        <w:tc>
          <w:tcPr>
            <w:tcW w:type="dxa" w:w="402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Запуск виртуального устройства</w:t>
            </w:r>
          </w:p>
        </w:tc>
      </w:tr>
    </w:tbl>
    <w:p>
      <w:pPr>
        <w:spacing w:before="120"/>
      </w:pPr>
      <w:r>
        <w:rPr>
          <w:rFonts w:ascii="Times New Roman" w:hAnsi="Times New Roman"/>
          <w:b w:val="0"/>
        </w:rPr>
        <w:t>Инструменты устанавливаются на вкладке «Инструменты». Раскройте Android SDK Build-Tools и выберите нужную версию. Нажмите «Применить изменения», примите лицензии и дождитесь состояния «Установлено».</w:t>
      </w:r>
    </w:p>
    <w:p>
      <w:r>
        <w:rPr>
          <w:rFonts w:ascii="Times New Roman" w:hAnsi="Times New Roman"/>
          <w:b w:val="0"/>
        </w:rPr>
        <w:t>Это версии из нашего случая, а не требование установить их на любой компьютер. Одновременно устанавливать все версии Build-Tools не нужно. Если указанные компоненты уже стоят и работают, пропустите установку.</w:t>
      </w:r>
    </w:p>
    <w:p>
      <w:r>
        <w:rPr>
          <w:rFonts w:ascii="Times New Roman" w:hAnsi="Times New Roman"/>
        </w:rPr>
        <w:br w:type="page"/>
      </w:r>
    </w:p>
    <w:p>
      <w:pPr>
        <w:pStyle w:val="Heading1"/>
      </w:pPr>
      <w:r>
        <w:rPr>
          <w:rFonts w:ascii="Times New Roman" w:hAnsi="Times New Roman"/>
        </w:rPr>
        <w:t>2 Выбор образа и настройки проекта</w:t>
      </w:r>
    </w:p>
    <w:p>
      <w:r>
        <w:rPr>
          <w:rFonts w:ascii="Times New Roman" w:hAnsi="Times New Roman"/>
          <w:b w:val="0"/>
        </w:rPr>
        <w:t>Для эмулятора нужен отдельный System Image. SDK Platform и образ Android — разные пакеты. Для Pixel 2 с API 28, процессором x86 и Google Play нужен следующий пакет: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Android 9.0 — API 28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Google Play Intel x86 Atom System Image</w:t>
      </w:r>
    </w:p>
    <w:p>
      <w:r>
        <w:rPr>
          <w:rFonts w:ascii="Times New Roman" w:hAnsi="Times New Roman"/>
          <w:b w:val="0"/>
        </w:rPr>
        <w:t>Для устройства с API 29 выбирается соответствующий образ в разделе Android 10.0. Образы x86, x86_64, Google APIs и Google Play не взаимозаменяемы в уже созданной конфигурации.</w:t>
      </w:r>
    </w:p>
    <w:p>
      <w:pPr>
        <w:pStyle w:val="Heading2"/>
      </w:pPr>
      <w:r>
        <w:rPr>
          <w:rFonts w:ascii="Times New Roman" w:hAnsi="Times New Roman"/>
        </w:rPr>
        <w:t>Настройки разобранного проекта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236"/>
        <w:gridCol w:w="3685"/>
      </w:tblGrid>
      <w:tr>
        <w:trPr>
          <w:cantSplit/>
          <w:tblHeader/>
        </w:trPr>
        <w:tc>
          <w:tcPr>
            <w:tcW w:type="dxa" w:w="6236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DEDED"/>
          </w:tcPr>
          <w:p>
            <w:pPr>
              <w:spacing w:after="40"/>
            </w:pPr>
            <w:r>
              <w:rPr>
                <w:b/>
                <w:sz w:val="24"/>
              </w:rPr>
              <w:t>Где настроить</w:t>
            </w:r>
          </w:p>
        </w:tc>
        <w:tc>
          <w:tcPr>
            <w:tcW w:type="dxa" w:w="368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  <w:shd w:fill="EDEDED"/>
          </w:tcPr>
          <w:p>
            <w:pPr>
              <w:spacing w:after="40"/>
            </w:pPr>
            <w:r>
              <w:rPr>
                <w:b/>
                <w:sz w:val="24"/>
              </w:rPr>
              <w:t>Значение</w:t>
            </w:r>
          </w:p>
        </w:tc>
      </w:tr>
      <w:tr>
        <w:trPr>
          <w:cantSplit/>
        </w:trPr>
        <w:tc>
          <w:tcPr>
            <w:tcW w:type="dxa" w:w="6236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App1.Android → Свойства → Приложение → версия компиляции</w:t>
            </w:r>
          </w:p>
        </w:tc>
        <w:tc>
          <w:tcPr>
            <w:tcW w:type="dxa" w:w="368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11.0 / API 30</w:t>
            </w:r>
          </w:p>
        </w:tc>
      </w:tr>
      <w:tr>
        <w:trPr>
          <w:cantSplit/>
        </w:trPr>
        <w:tc>
          <w:tcPr>
            <w:tcW w:type="dxa" w:w="6236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Манифест Android → целевая версия</w:t>
            </w:r>
          </w:p>
        </w:tc>
        <w:tc>
          <w:tcPr>
            <w:tcW w:type="dxa" w:w="368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11.0 / API 30</w:t>
            </w:r>
          </w:p>
        </w:tc>
      </w:tr>
      <w:tr>
        <w:trPr>
          <w:cantSplit/>
        </w:trPr>
        <w:tc>
          <w:tcPr>
            <w:tcW w:type="dxa" w:w="6236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Манифест Android → минимальная версия</w:t>
            </w:r>
          </w:p>
        </w:tc>
        <w:tc>
          <w:tcPr>
            <w:tcW w:type="dxa" w:w="368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Android 5.0 / API 21</w:t>
            </w:r>
          </w:p>
        </w:tc>
      </w:tr>
      <w:tr>
        <w:trPr>
          <w:cantSplit/>
        </w:trPr>
        <w:tc>
          <w:tcPr>
            <w:tcW w:type="dxa" w:w="6236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Диспетчер устройств → эмулятор</w:t>
            </w:r>
          </w:p>
        </w:tc>
        <w:tc>
          <w:tcPr>
            <w:tcW w:type="dxa" w:w="368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>
            <w:pPr>
              <w:spacing w:after="40"/>
            </w:pPr>
            <w:r>
              <w:rPr>
                <w:b w:val="0"/>
                <w:sz w:val="24"/>
              </w:rPr>
              <w:t>Pixel 2 (+ Store), x86, API 28</w:t>
            </w:r>
          </w:p>
        </w:tc>
      </w:tr>
    </w:tbl>
    <w:p>
      <w:pPr>
        <w:spacing w:before="120"/>
      </w:pPr>
      <w:r>
        <w:rPr>
          <w:rFonts w:ascii="Times New Roman" w:hAnsi="Times New Roman"/>
          <w:b w:val="0"/>
        </w:rPr>
        <w:t>API эмулятора может отличаться от API компиляции. В нашем случае Android API 28 удовлетворял минимальной версии API 21. Код, использующий новые API, должен учитывать версию Android на устройстве.</w:t>
      </w:r>
    </w:p>
    <w:p>
      <w:pPr>
        <w:pStyle w:val="Heading1"/>
      </w:pPr>
      <w:r>
        <w:rPr>
          <w:rFonts w:ascii="Times New Roman" w:hAnsi="Times New Roman"/>
        </w:rPr>
        <w:t>3 Если Visual Studio снова требует SDK</w:t>
      </w:r>
    </w:p>
    <w:p>
      <w:r>
        <w:rPr>
          <w:rFonts w:ascii="Times New Roman" w:hAnsi="Times New Roman"/>
          <w:b w:val="0"/>
        </w:rPr>
        <w:t>Проверьте именно версию компиляции в разделе «Приложение»: изменение только целевой версии в манифесте не меняет SDK для компиляции. Затем проверьте инструменты из раздела 1.</w:t>
      </w:r>
    </w:p>
    <w:p>
      <w:r>
        <w:rPr>
          <w:rFonts w:ascii="Times New Roman" w:hAnsi="Times New Roman"/>
          <w:b w:val="0"/>
        </w:rPr>
        <w:t>Если после принятия лицензии установка повторяется, откройте Вид → Вывод (Ctrl + Alt + O), выберите Xamarin и повторите установку один раз. Причину ищите в последних сообщениях: ошибка загрузки, доступа или конкретный отсутствующий пакет. Не отключайте ошибку как предупреждение.</w:t>
      </w:r>
    </w:p>
    <w:p>
      <w:pPr>
        <w:pStyle w:val="Heading1"/>
      </w:pPr>
      <w:r>
        <w:rPr>
          <w:rFonts w:ascii="Times New Roman" w:hAnsi="Times New Roman"/>
        </w:rPr>
        <w:t>4 Если сборка выдаёт failed to open directory</w:t>
      </w:r>
    </w:p>
    <w:p>
      <w:r>
        <w:rPr>
          <w:rFonts w:ascii="Times New Roman" w:hAnsi="Times New Roman"/>
          <w:b w:val="0"/>
        </w:rPr>
        <w:t>Если сообщение относится к ресурсам res, сначала проверьте полный путь решения на кириллицу. Для нашего случая исправление пути помогло восстановить сборку.</w:t>
      </w:r>
    </w:p>
    <w:p>
      <w:r>
        <w:rPr>
          <w:rFonts w:ascii="Times New Roman" w:hAnsi="Times New Roman"/>
          <w:b w:val="0"/>
        </w:rPr>
        <w:t>Закройте Visual Studio. Скопируйте всю папку решения, включая .sln и проекты, в C:\Projects\App1. В копии удалите только промежуточные папки bin и obj внутри проектов. Resources и исходный код не удаляйте.</w:t>
      </w:r>
    </w:p>
    <w:p>
      <w:r>
        <w:rPr>
          <w:rFonts w:ascii="Times New Roman" w:hAnsi="Times New Roman"/>
          <w:b w:val="0"/>
        </w:rPr>
        <w:t>Откройте скопированный .sln, восстановите пакеты NuGet через контекстное меню решения и пересоберите App1.Android. Если сборка проходит, к этому разделу возвращаться не нужно. Если ошибка остаётся, смотрите первый сбой в «Вывод → Сборка» и полный путь рядом с ним.</w:t>
      </w:r>
    </w:p>
    <w:p>
      <w:r>
        <w:rPr>
          <w:rFonts w:ascii="Times New Roman" w:hAnsi="Times New Roman"/>
        </w:rPr>
        <w:br w:type="page"/>
      </w:r>
    </w:p>
    <w:p>
      <w:pPr>
        <w:pStyle w:val="Heading1"/>
      </w:pPr>
      <w:r>
        <w:rPr>
          <w:rFonts w:ascii="Times New Roman" w:hAnsi="Times New Roman"/>
        </w:rPr>
        <w:t>5 Если сборка проходит но развёртывание срывается</w:t>
      </w:r>
    </w:p>
    <w:p>
      <w:r>
        <w:rPr>
          <w:rFonts w:ascii="Times New Roman" w:hAnsi="Times New Roman"/>
          <w:b w:val="0"/>
        </w:rPr>
        <w:t>Строка «Невозможно запустить эмулятор» означает, что развёртывание остановилось до установки приложения. В этом случае нужно проверить запуск самого Android Emulator.</w:t>
      </w:r>
    </w:p>
    <w:p>
      <w:r>
        <w:rPr>
          <w:rFonts w:ascii="Times New Roman" w:hAnsi="Times New Roman"/>
          <w:b w:val="0"/>
        </w:rPr>
        <w:t>Все команды далее выполняются в обычной командной строке: Win + R → cmd → Enter. Используйте ту же учётную запись, в которой открыта Visual Studio. Запуск от имени другого администратора может переключить профиль и набор AVD.</w:t>
      </w:r>
    </w:p>
    <w:p>
      <w:pPr>
        <w:pStyle w:val="Heading2"/>
      </w:pPr>
      <w:r>
        <w:rPr>
          <w:rFonts w:ascii="Times New Roman" w:hAnsi="Times New Roman"/>
        </w:rPr>
        <w:t>Узнать имя устройства и запустить его напрямую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cd /d "C:\Program Files (x86)\Android\android-sdk\emulator"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emulator.exe -list-avds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emulator.exe -avd pixel_2_-_api_28 -no-snapshot -verbose</w:t>
      </w:r>
    </w:p>
    <w:p>
      <w:r>
        <w:rPr>
          <w:rFonts w:ascii="Times New Roman" w:hAnsi="Times New Roman"/>
          <w:b w:val="0"/>
        </w:rPr>
        <w:t>В примере используется внутреннее имя pixel_2_-_api_28. На другом ПК замените его во всех командах и путях на точное имя из -list-avds. Видимое название «Pixel 2 — API 28» не подходит вместо внутреннего имени.</w:t>
      </w:r>
    </w:p>
    <w:p>
      <w:r>
        <w:rPr>
          <w:rFonts w:ascii="Times New Roman" w:hAnsi="Times New Roman"/>
          <w:b w:val="0"/>
        </w:rPr>
        <w:t>Параметр -verbose выводит подробности; -no-snapshot запускает без загрузки и сохранения снимка быстрого старта. Эти параметры не удаляют данные устройства.</w:t>
      </w:r>
    </w:p>
    <w:p>
      <w:pPr>
        <w:pStyle w:val="Heading2"/>
      </w:pPr>
      <w:r>
        <w:rPr>
          <w:rFonts w:ascii="Times New Roman" w:hAnsi="Times New Roman"/>
        </w:rPr>
        <w:t>Что означали сообщения в нашем случае</w:t>
      </w:r>
    </w:p>
    <w:p>
      <w:r>
        <w:rPr>
          <w:rFonts w:ascii="Times New Roman" w:hAnsi="Times New Roman"/>
          <w:b w:val="0"/>
        </w:rPr>
        <w:t>Cannot find AVD system path / Please define ANDROID_SDK_ROOT — эмулятор не смог определить системный путь AVD. После задания SDK сообщение изменилось на Broken AVD system path: одного указания SDK оказалось недостаточно.</w:t>
      </w:r>
    </w:p>
    <w:p>
      <w:r>
        <w:rPr>
          <w:rFonts w:ascii="Times New Roman" w:hAnsi="Times New Roman"/>
          <w:b w:val="0"/>
        </w:rPr>
        <w:t>Found AVD target architecture: arm при hw.cpu.arch=x86 в config.ini было признаком того, что нужная конфигурация не читалась корректно. Переустанавливать ARM-образ по этой строке не следует.</w:t>
      </w:r>
    </w:p>
    <w:p>
      <w:pPr>
        <w:pStyle w:val="Heading2"/>
      </w:pPr>
      <w:r>
        <w:rPr>
          <w:rFonts w:ascii="Times New Roman" w:hAnsi="Times New Roman"/>
        </w:rPr>
        <w:t>Проверка профиля и конфигурации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echo %USERPROFILE%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 ANDROID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type "%USERPROFILE%\.android\avd\pixel_2_-_api_28.ini"</w:t>
      </w:r>
    </w:p>
    <w:p>
      <w:r>
        <w:rPr>
          <w:rFonts w:ascii="Times New Roman" w:hAnsi="Times New Roman"/>
          <w:b w:val="0"/>
        </w:rPr>
        <w:t>Файл .ini содержит path — путь к папке устройства с окончанием .avd. Внутри неё находится config.ini. Откройте оба файла Блокнотом. В config.ini нашего устройства должны быть строки: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abi.type=x86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hw.cpu.arch=x86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image.sysdir.1=system-images\android-28\google_apis_playstore\x86\</w:t>
      </w:r>
    </w:p>
    <w:p>
      <w:r>
        <w:rPr>
          <w:rFonts w:ascii="Times New Roman" w:hAnsi="Times New Roman"/>
          <w:b w:val="0"/>
        </w:rPr>
        <w:t>В нашем случае профиль по-прежнему имел путь с русским именем. Переименование отображаемого имени пользователя не исправило расположение профиля. Вручную переименовывать папку C:\Users\… не требуется: далее перенесём только AVD.</w:t>
      </w:r>
    </w:p>
    <w:p>
      <w:r>
        <w:rPr>
          <w:rFonts w:ascii="Times New Roman" w:hAnsi="Times New Roman"/>
        </w:rPr>
        <w:br w:type="page"/>
      </w:r>
    </w:p>
    <w:p>
      <w:pPr>
        <w:pStyle w:val="Heading1"/>
      </w:pPr>
      <w:r>
        <w:rPr>
          <w:rFonts w:ascii="Times New Roman" w:hAnsi="Times New Roman"/>
        </w:rPr>
        <w:t>6 Перенос файлов эмулятора без кириллицы</w:t>
      </w:r>
    </w:p>
    <w:p>
      <w:r>
        <w:rPr>
          <w:rFonts w:ascii="Times New Roman" w:hAnsi="Times New Roman"/>
          <w:b w:val="0"/>
        </w:rPr>
        <w:t>Выполняйте этот раздел при проблеме с путями AVD, особенно если профиль Windows содержит кириллицу. Если эмулятор уже запускается, перенос не нужен. Закройте эмулятор, Visual Studio и Android Device Manager.</w:t>
      </w:r>
    </w:p>
    <w:p>
      <w:pPr>
        <w:pStyle w:val="Heading2"/>
      </w:pPr>
      <w:r>
        <w:rPr>
          <w:rFonts w:ascii="Times New Roman" w:hAnsi="Times New Roman"/>
        </w:rPr>
        <w:t>Шаг 1 Скопировать папку устройства</w:t>
      </w:r>
    </w:p>
    <w:p>
      <w:r>
        <w:rPr>
          <w:rFonts w:ascii="Times New Roman" w:hAnsi="Times New Roman"/>
          <w:b w:val="0"/>
        </w:rPr>
        <w:t>Откройте через Win + R каталог %USERPROFILE%\.android\avd. Найдите папку pixel_2_-_api_28.avd. Если файл .ini ссылается на другое расположение, исходную папку ищите по его строке path.</w:t>
      </w:r>
    </w:p>
    <w:p>
      <w:r>
        <w:rPr>
          <w:rFonts w:ascii="Times New Roman" w:hAnsi="Times New Roman"/>
          <w:b w:val="0"/>
        </w:rPr>
        <w:t>Создайте C:\AndroidAVD и скопируйте туда папку устройства целиком. Старую копию пока сохраните. Не допускайте двойной вложенности одноимённых папок. Итоговый путь к конфигурации: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C:\AndroidAVD\pixel_2_-_api_28.avd\config.ini</w:t>
      </w:r>
    </w:p>
    <w:p>
      <w:pPr>
        <w:pStyle w:val="Heading2"/>
      </w:pPr>
      <w:r>
        <w:rPr>
          <w:rFonts w:ascii="Times New Roman" w:hAnsi="Times New Roman"/>
        </w:rPr>
        <w:t>Шаг 2 Исправить файл указатель</w:t>
      </w:r>
    </w:p>
    <w:p>
      <w:r>
        <w:rPr>
          <w:rFonts w:ascii="Times New Roman" w:hAnsi="Times New Roman"/>
          <w:b w:val="0"/>
        </w:rPr>
        <w:t>Сохраните резервную копию файла pixel_2_-_api_28.ini. В исходном .ini замените содержимое следующим текстом и сохраните без добавления расширения .txt: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avd.ini.encoding=UTF-8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path=C:\AndroidAVD\pixel_2_-_api_28.avd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target=android-28</w:t>
      </w:r>
    </w:p>
    <w:p>
      <w:r>
        <w:rPr>
          <w:rFonts w:ascii="Times New Roman" w:hAnsi="Times New Roman"/>
          <w:b w:val="0"/>
        </w:rPr>
        <w:t>Строка path.rel в этом варианте не нужна. Содержимое config.ini оставьте прежним, если там уже указаны x86 и правильный образ API 28.</w:t>
      </w:r>
    </w:p>
    <w:p>
      <w:pPr>
        <w:pStyle w:val="Heading2"/>
      </w:pPr>
      <w:r>
        <w:rPr>
          <w:rFonts w:ascii="Times New Roman" w:hAnsi="Times New Roman"/>
        </w:rPr>
        <w:t>Шаг 3 Перенести также файл указатель</w:t>
      </w:r>
    </w:p>
    <w:p>
      <w:r>
        <w:rPr>
          <w:rFonts w:ascii="Times New Roman" w:hAnsi="Times New Roman"/>
          <w:b w:val="0"/>
        </w:rPr>
        <w:t>В CMD выполните две команды. Первая переходит в исходный каталог, вторая копирует исправленный .ini рядом с перенесённой папкой устройства: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cd /d "%USERPROFILE%\.android\avd"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copy "pixel_2_-_api_28.ini" "C:\AndroidAVD\pixel_2_-_api_28.ini"</w:t>
      </w:r>
    </w:p>
    <w:p>
      <w:r>
        <w:rPr>
          <w:rFonts w:ascii="Times New Roman" w:hAnsi="Times New Roman"/>
          <w:b w:val="0"/>
        </w:rPr>
        <w:t>Если появляется вопрос о замене файла, проверьте, что это именно подготовленная копия .ini, затем подтвердите замену. В C:\AndroidAVD должны находиться два объекта: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pixel_2_-_api_28.ini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pixel_2_-_api_28.avd\</w:t>
      </w:r>
    </w:p>
    <w:p>
      <w:r>
        <w:rPr>
          <w:rFonts w:ascii="Times New Roman" w:hAnsi="Times New Roman"/>
          <w:b w:val="0"/>
        </w:rPr>
        <w:t>Ключевой момент: переноса только папки .avd оказалось недостаточно. Нужно перенести и файл .ini, а затем явно задать каталог поиска через ANDROID_AVD_HOME.</w:t>
      </w:r>
    </w:p>
    <w:p>
      <w:r>
        <w:rPr>
          <w:rFonts w:ascii="Times New Roman" w:hAnsi="Times New Roman"/>
        </w:rPr>
        <w:br w:type="page"/>
      </w:r>
    </w:p>
    <w:p>
      <w:pPr>
        <w:pStyle w:val="Heading1"/>
      </w:pPr>
      <w:r>
        <w:rPr>
          <w:rFonts w:ascii="Times New Roman" w:hAnsi="Times New Roman"/>
        </w:rPr>
        <w:t>7 Проверка запуска и сохранение настроек</w:t>
      </w:r>
    </w:p>
    <w:p>
      <w:pPr>
        <w:pStyle w:val="Heading2"/>
      </w:pPr>
      <w:r>
        <w:rPr>
          <w:rFonts w:ascii="Times New Roman" w:hAnsi="Times New Roman"/>
        </w:rPr>
        <w:t>Шаг 1 Установить переменные в текущем окне CMD</w:t>
      </w:r>
    </w:p>
    <w:p>
      <w:r>
        <w:t>После переноса из раздела 6 выполните весь блок в одном окне. Путь SDK ниже соответствует разобранному компьютеру; если у вас другой путь, замените его в командах set и setx.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 "ANDROID_AVD_HOME=C:\AndroidAVD"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 "ANDROID_SDK_ROOT=C:\Program Files (x86)\Android\android-sdk"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 "ANDROID_HOME=C:\Program Files (x86)\Android\android-sdk"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cd /d "%ANDROID_SDK_ROOT%\emulator"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emulator.exe -avd pixel_2_-_api_28 -no-snapshot -verbose</w:t>
      </w:r>
    </w:p>
    <w:p>
      <w:r>
        <w:rPr>
          <w:rFonts w:ascii="Times New Roman" w:hAnsi="Times New Roman"/>
          <w:b w:val="0"/>
        </w:rPr>
        <w:t>Именно после переноса обоих объектов и задания этих переменных пользователь подтвердил успешный запуск. Дождитесь загрузки рабочего стола Android. Если запуск не удался, сохраните последние строки вывода и переходите к разделу 8.</w:t>
      </w:r>
    </w:p>
    <w:p>
      <w:pPr>
        <w:pStyle w:val="Heading2"/>
      </w:pPr>
      <w:r>
        <w:rPr>
          <w:rFonts w:ascii="Times New Roman" w:hAnsi="Times New Roman"/>
        </w:rPr>
        <w:t>Шаг 2 Сохранить переменные после успешной проверки</w:t>
      </w:r>
    </w:p>
    <w:p>
      <w:r>
        <w:rPr>
          <w:rFonts w:ascii="Times New Roman" w:hAnsi="Times New Roman"/>
          <w:b w:val="0"/>
        </w:rPr>
        <w:t>Команда set действует только в текущем окне CMD и запущенных из него процессах. Для последующих запусков сохраните значения через setx в другом обычном окне CMD той же учётной записи: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setx ANDROID_AVD_HOME "C:\AndroidAVD"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setx ANDROID_SDK_ROOT "C:\Program Files (x86)\Android\android-sdk"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setx ANDROID_HOME "C:\Program Files (x86)\Android\android-sdk"</w:t>
      </w:r>
    </w:p>
    <w:p>
      <w:r>
        <w:rPr>
          <w:rFonts w:ascii="Times New Roman" w:hAnsi="Times New Roman"/>
          <w:b w:val="0"/>
        </w:rPr>
        <w:t>Выполнять setx при каждом запуске не нужно. Команды задают пользовательские переменные и заменяют их прежние значения. На компьютерах с другими Android-проектами предварительно проверьте существующие значения через set ANDROID.</w:t>
      </w:r>
    </w:p>
    <w:p>
      <w:r>
        <w:rPr>
          <w:rFonts w:ascii="Times New Roman" w:hAnsi="Times New Roman"/>
          <w:b w:val="0"/>
        </w:rPr>
        <w:t>Выйдите из учётной записи Windows и войдите снова. Это позволит Visual Studio и другим программам получить новые переменные. В новом CMD команда set ANDROID должна показать сохранённые пути.</w:t>
      </w:r>
    </w:p>
    <w:p>
      <w:pPr>
        <w:pStyle w:val="Heading2"/>
      </w:pPr>
      <w:r>
        <w:rPr>
          <w:rFonts w:ascii="Times New Roman" w:hAnsi="Times New Roman"/>
        </w:rPr>
        <w:t>Шаг 3 Проверить запуск из Visual Studio</w:t>
      </w:r>
    </w:p>
    <w:p>
      <w:r>
        <w:rPr>
          <w:rFonts w:ascii="Times New Roman" w:hAnsi="Times New Roman"/>
          <w:b w:val="0"/>
        </w:rPr>
        <w:t>Откройте решение из пути без кириллицы. Назначьте App1.Android запускаемым проектом, выберите нужное устройство и нажмите F5. Если эмулятор уже открыт после прямого запуска, используйте его. Проверьте, что приложение установилось и открылось.</w:t>
      </w:r>
    </w:p>
    <w:p>
      <w:r>
        <w:rPr>
          <w:rFonts w:ascii="Times New Roman" w:hAnsi="Times New Roman"/>
          <w:b w:val="0"/>
        </w:rPr>
        <w:t>ANDROID_AVD_HOME — каталог файлов виртуальных устройств. ANDROID_HOME и ANDROID_SDK_ROOT — корень SDK. Не путайте их с ANDROID_SDK_HOME: у старых инструментов эта переменная задаёт расположение пользовательских настроек, а не SDK. В нашем исправлении она не понадобилась.</w:t>
      </w:r>
    </w:p>
    <w:p>
      <w:r>
        <w:rPr>
          <w:rFonts w:ascii="Times New Roman" w:hAnsi="Times New Roman"/>
        </w:rPr>
        <w:br w:type="page"/>
      </w:r>
    </w:p>
    <w:p>
      <w:pPr>
        <w:pStyle w:val="Heading1"/>
      </w:pPr>
      <w:r>
        <w:rPr>
          <w:rFonts w:ascii="Times New Roman" w:hAnsi="Times New Roman"/>
        </w:rPr>
        <w:t>8 Действия при повторной ошибке</w:t>
      </w:r>
    </w:p>
    <w:p>
      <w:pPr>
        <w:pStyle w:val="Heading2"/>
      </w:pPr>
      <w:r>
        <w:rPr>
          <w:rFonts w:ascii="Times New Roman" w:hAnsi="Times New Roman"/>
        </w:rPr>
        <w:t>Ошибка вернулась после закрытия CMD или перезагрузки</w:t>
      </w:r>
    </w:p>
    <w:p>
      <w:r>
        <w:rPr>
          <w:rFonts w:ascii="Times New Roman" w:hAnsi="Times New Roman"/>
          <w:b w:val="0"/>
        </w:rPr>
        <w:t>Проверьте, выполнены ли три команды setx из раздела 7. Откройте новое CMD → set ANDROID. Если переменные отсутствуют, они не сохранены для текущего пользователя. После сохранения выйдите из учётной записи и войдите снова.</w:t>
      </w:r>
    </w:p>
    <w:p>
      <w:pPr>
        <w:pStyle w:val="Heading2"/>
      </w:pPr>
      <w:r>
        <w:rPr>
          <w:rFonts w:ascii="Times New Roman" w:hAnsi="Times New Roman"/>
        </w:rPr>
        <w:t>Устройство не находится или снова определяется как arm</w:t>
      </w:r>
    </w:p>
    <w:p>
      <w:r>
        <w:rPr>
          <w:rFonts w:ascii="Times New Roman" w:hAnsi="Times New Roman"/>
          <w:b w:val="0"/>
        </w:rPr>
        <w:t>Проверьте, что ANDROID_AVD_HOME равен C:\AndroidAVD, а в каталоге лежат и .ini, и папка .avd. Выполните:</w:t>
      </w:r>
    </w:p>
    <w:p>
      <w:pPr>
        <w:keepNext/>
        <w:keepLines/>
        <w:spacing w:after="0"/>
      </w:pPr>
      <w:r>
        <w:rPr>
          <w:rFonts w:ascii="Times New Roman" w:hAnsi="Times New Roman" w:eastAsia="Times New Roman" w:cs="Times New Roman"/>
          <w:sz w:val="24"/>
        </w:rPr>
        <w:t>type "C:\AndroidAVD\pixel_2_-_api_28.ini"</w:t>
      </w:r>
    </w:p>
    <w:p>
      <w:pPr>
        <w:keepNext w:val="0"/>
        <w:keepLines/>
        <w:spacing w:after="140"/>
      </w:pPr>
      <w:r>
        <w:rPr>
          <w:rFonts w:ascii="Times New Roman" w:hAnsi="Times New Roman" w:eastAsia="Times New Roman" w:cs="Times New Roman"/>
          <w:sz w:val="24"/>
        </w:rPr>
        <w:t>dir /b "C:\AndroidAVD\pixel_2_-_api_28.avd"</w:t>
      </w:r>
    </w:p>
    <w:p>
      <w:r>
        <w:rPr>
          <w:rFonts w:ascii="Times New Roman" w:hAnsi="Times New Roman"/>
          <w:b w:val="0"/>
        </w:rPr>
        <w:t>В .ini должен быть существующий абсолютный path. В папке .avd должен находиться config.ini с hw.cpu.arch=x86. Проверьте расширения: config.ini.txt и файл указателя с .ini.txt не подходят.</w:t>
      </w:r>
    </w:p>
    <w:p>
      <w:pPr>
        <w:pStyle w:val="Heading2"/>
      </w:pPr>
      <w:r>
        <w:rPr>
          <w:rFonts w:ascii="Times New Roman" w:hAnsi="Times New Roman"/>
        </w:rPr>
        <w:t>Broken AVD system path остаётся</w:t>
      </w:r>
    </w:p>
    <w:p>
      <w:r>
        <w:rPr>
          <w:rFonts w:ascii="Times New Roman" w:hAnsi="Times New Roman"/>
          <w:b w:val="0"/>
        </w:rPr>
        <w:t>Проверьте наличие именно той папки образа, которая записана в image.sysdir.1:</w:t>
      </w:r>
    </w:p>
    <w:p>
      <w:pPr>
        <w:keepNext w:val="0"/>
        <w:keepLines/>
        <w:spacing w:after="140"/>
      </w:pPr>
      <w:r>
        <w:rPr>
          <w:rFonts w:ascii="Times New Roman" w:hAnsi="Times New Roman"/>
          <w:sz w:val="24"/>
        </w:rPr>
        <w:t>cd /d "C:\Program Files (x86)\Android\android-sdk"</w:t>
        <w:br/>
        <w:t>dir "system-images\android-28\google_apis_playstore\x86"</w:t>
      </w:r>
    </w:p>
    <w:p>
      <w:r>
        <w:rPr>
          <w:rFonts w:ascii="Times New Roman" w:hAnsi="Times New Roman"/>
          <w:b w:val="0"/>
        </w:rPr>
        <w:t>Если папки нет, проверьте расположение SDK и установите нужный Google Play x86 System Image для API 28. Если папка есть, смотрите подробный вывод запуска. Не переименовывайте файлы ядра и не подменяйте архитектуру наугад.</w:t>
      </w:r>
    </w:p>
    <w:p>
      <w:pPr>
        <w:pStyle w:val="Heading2"/>
      </w:pPr>
      <w:r>
        <w:rPr>
          <w:rFonts w:ascii="Times New Roman" w:hAnsi="Times New Roman"/>
        </w:rPr>
        <w:t>Invalid system image и предложение Reinstall</w:t>
      </w:r>
    </w:p>
    <w:p>
      <w:r>
        <w:rPr>
          <w:rFonts w:ascii="Times New Roman" w:hAnsi="Times New Roman"/>
          <w:b w:val="0"/>
        </w:rPr>
        <w:t>Однократная переустановка конкретного образа уместна при неполной загрузке. Если она уже выполнена и ошибка сохраняется, проверьте пути по разделам 5–7. Повторная смена Pixel на Nexus и загрузка всех образов в нашем случае не помогли.</w:t>
      </w:r>
    </w:p>
    <w:p>
      <w:pPr>
        <w:pStyle w:val="Heading2"/>
      </w:pPr>
      <w:r>
        <w:rPr>
          <w:rFonts w:ascii="Times New Roman" w:hAnsi="Times New Roman"/>
        </w:rPr>
        <w:t>Появилась другая ошибка или Android загрузился но APK не ставится</w:t>
      </w:r>
    </w:p>
    <w:p>
      <w:r>
        <w:rPr>
          <w:rFonts w:ascii="Times New Roman" w:hAnsi="Times New Roman"/>
          <w:b w:val="0"/>
        </w:rPr>
        <w:t>Ошибка ускорения, виртуализации, графики или установки APK требует отдельной проверки по точному тексту. Не возвращайтесь автоматически к переустановке SDK. Для эмулятора используйте -verbose; для развёртывания — Ctrl + Alt + O → «Сборка» и сообщения рядом с первым сбоем.</w:t>
      </w:r>
    </w:p>
    <w:p>
      <w:r>
        <w:rPr>
          <w:rFonts w:ascii="Times New Roman" w:hAnsi="Times New Roman"/>
          <w:b w:val="0"/>
        </w:rPr>
        <w:t>На других учебных ПК повторяйте только необходимые ветки инструкции. Команды setx без /M действуют для текущего пользователя. Имена AVD и пути проверяются на каждом компьютере отдельно.</w:t>
      </w:r>
    </w:p>
    <w:p>
      <w:pPr>
        <w:pStyle w:val="Heading2"/>
      </w:pPr>
      <w:r>
        <w:rPr>
          <w:rFonts w:ascii="Times New Roman" w:hAnsi="Times New Roman"/>
        </w:rPr>
        <w:t>Документация</w:t>
      </w:r>
    </w:p>
    <w:p>
      <w:pPr>
        <w:spacing w:after="60"/>
      </w:pPr>
      <w:r>
        <w:rPr>
          <w:rFonts w:ascii="Times New Roman" w:hAnsi="Times New Roman"/>
          <w:sz w:val="20"/>
        </w:rPr>
        <w:t>Установка SDK Xamarin: https://learn.microsoft.com/en-us/previous-versions/xamarin/android/get-started/installation/android-sdk</w:t>
      </w:r>
    </w:p>
    <w:p>
      <w:pPr>
        <w:spacing w:after="60"/>
      </w:pPr>
      <w:r>
        <w:rPr>
          <w:rFonts w:ascii="Times New Roman" w:hAnsi="Times New Roman"/>
          <w:sz w:val="20"/>
        </w:rPr>
        <w:t>Переменные среды Android: https://developer.android.com/tools/variables</w:t>
      </w:r>
    </w:p>
    <w:p>
      <w:pPr>
        <w:spacing w:after="60"/>
      </w:pPr>
      <w:r>
        <w:rPr>
          <w:rFonts w:ascii="Times New Roman" w:hAnsi="Times New Roman"/>
          <w:sz w:val="20"/>
        </w:rPr>
        <w:t>Запуск эмулятора из командной строки: https://developer.android.com/studio/run/emulator-commandline</w:t>
      </w:r>
    </w:p>
    <w:sectPr w:rsidR="00FC693F" w:rsidRPr="0006063C" w:rsidSect="00034616">
      <w:footerReference w:type="default" r:id="rId9"/>
      <w:pgSz w:w="12240" w:h="15840"/>
      <w:pgMar w:top="1020" w:right="964" w:bottom="1020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  <w:ind w:firstLine="0"/>
    </w:pPr>
    <w:rPr>
      <w:rFonts w:ascii="Times New Roman" w:hAnsi="Times New Roman" w:eastAsia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 w:line="240" w:lineRule="auto"/>
      <w:outlineLvl w:val="0"/>
    </w:pPr>
    <w:rPr>
      <w:rFonts w:ascii="Times New Roman" w:hAnsi="Times New Roman" w:eastAsia="Times New Roman" w:cs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240" w:lineRule="auto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Times New Roman" w:hAnsi="Times New Roman" w:eastAsia="Times New Roman" w:cs="Times New Roman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Times New Roman" w:hAnsi="Times New Roman" w:eastAsia="Times New Roman" w:cs="Times New Roman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Times New Roman" w:hAnsi="Times New Roman" w:eastAsia="Times New Roman" w:cs="Times New Roman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Times New Roman" w:hAnsi="Times New Roman" w:eastAsia="Times New Roman" w:cs="Times New Roman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Times New Roman" w:hAnsi="Times New Roman" w:eastAsia="Times New Roman" w:cs="Times New Roman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Times New Roman" w:hAnsi="Times New Roman" w:eastAsia="Times New Roman" w:cs="Times New Roman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Times New Roman" w:hAnsi="Times New Roman" w:eastAsia="Times New Roman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Times New Roman" w:hAnsi="Times New Roman" w:eastAsia="Times New Roman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Times New Roman" w:hAnsi="Times New Roman" w:eastAsia="Times New Roman" w:cs="Times New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20" w:line="240" w:lineRule="auto"/>
      <w:contextualSpacing/>
    </w:pPr>
    <w:rPr>
      <w:rFonts w:ascii="Times New Roman" w:hAnsi="Times New Roman" w:eastAsia="Times New Roman" w:cs="Times New Roman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Times New Roman" w:hAnsi="Times New Roman" w:eastAsia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Times New Roman" w:hAnsi="Times New Roman" w:eastAsia="Times New Roman" w:cs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Times New Roman" w:hAnsi="Times New Roman" w:eastAsia="Times New Roman" w:cs="Times New Roman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hAnsi="Times New Roman" w:eastAsia="Times New Roman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hAnsi="Times New Roman"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Times New Roman" w:hAnsi="Times New Roman" w:eastAsia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hAnsi="Times New Roman" w:eastAsia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Times New Roman" w:hAnsi="Times New Roman" w:eastAsia="Times New Roman"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hAnsi="Times New Roman" w:eastAsia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Times New Roman" w:hAnsi="Times New Roman" w:eastAsia="Times New Roman"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Times New Roman" w:hAnsi="Times New Roman" w:eastAsia="Times New Roman" w:cs="Times New Roman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Times New Roman" w:hAnsi="Times New Roman" w:eastAsia="Times New Roman" w:cs="Times New Roman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Times New Roman" w:hAnsi="Times New Roman" w:eastAsia="Times New Roman" w:cs="Times New Roman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 w:eastAsia="Times New Roman" w:cs="Times New Roman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hAnsi="Times New Roman" w:eastAsia="Times New Roman" w:cs="Times New Roman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hAnsi="Times New Roman" w:eastAsia="Times New Roman" w:cs="Times New Roman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 w:eastAsia="Times New Roman" w:cs="Times New Roman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hAnsi="Times New Roman" w:eastAsia="Times New Roman" w:cs="Times New Roman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hAnsi="Times New Roman" w:eastAsia="Times New Roman" w:cs="Times New Roman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hAnsi="Times New Roman" w:eastAsia="Times New Roman" w:cs="Times New Roman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hAnsi="Times New Roman" w:eastAsia="Times New Roman" w:cs="Times New Roman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hAnsi="Times New Roman" w:eastAsia="Times New Roman" w:cs="Times New Roman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Times New Roman" w:hAnsi="Times New Roman" w:eastAsia="Times New Roman" w:cs="Times New Roman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Times New Roman" w:hAnsi="Times New Roman" w:eastAsia="Times New Roman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Times New Roman" w:hAnsi="Times New Roman" w:eastAsia="Times New Roman" w:cs="Times New Roman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Times New Roman" w:hAnsi="Times New Roman" w:eastAsia="Times New Roman" w:cs="Times New Roman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Times New Roman" w:hAnsi="Times New Roman" w:eastAsia="Times New Roman" w:cs="Times New Roman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Times New Roman" w:hAnsi="Times New Roman" w:eastAsia="Times New Roman" w:cs="Times New Roman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Times New Roman" w:hAnsi="Times New Roman" w:eastAsia="Times New Roman" w:cs="Times New Roman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Times New Roman" w:hAnsi="Times New Roman" w:eastAsia="Times New Roman" w:cs="Times New Roman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Times New Roman" w:hAnsi="Times New Roman" w:eastAsia="Times New Roman" w:cs="Times New Roman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Times New Roman" w:cs="Times New Roman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Times New Roman" w:hAnsi="Times New Roman" w:eastAsia="Times New Roman" w:cs="Times New Roman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Times New Roman" w:hAnsi="Times New Roman"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rFonts w:ascii="Times New Roman" w:hAnsi="Times New Roman" w:eastAsia="Times New Roman"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Times New Roman" w:hAnsi="Times New Roman" w:eastAsia="Times New Roman" w:cs="Times New Roman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Times New Roman" w:hAnsi="Times New Roman" w:eastAsia="Times New Roman" w:cs="Times New Roman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Times New Roman" w:hAnsi="Times New Roman" w:eastAsia="Times New Roman" w:cs="Times New Roman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Times New Roman" w:hAnsi="Times New Roman" w:eastAsia="Times New Roman" w:cs="Times New Roman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Times New Roman" w:hAnsi="Times New Roman" w:eastAsia="Times New Roman" w:cs="Times New Roman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Times New Roman" w:hAnsi="Times New Roman" w:eastAsia="Times New Roman"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hAnsi="Times New Roman" w:eastAsia="Times New Roman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hAnsi="Times New Roman" w:eastAsia="Times New Roman" w:cs="Times New Roman"/>
        <w:b/>
        <w:bCs/>
      </w:rPr>
    </w:tblStylePr>
    <w:tblStylePr w:type="lastCol">
      <w:rPr>
        <w:rFonts w:ascii="Times New Roman" w:hAnsi="Times New Roman" w:eastAsia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 w:eastAsia="Times New Roman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Xamarin Android в Visual Studio 2019</dc:title>
  <dc:subject>Установка SDK и восстановление запуска эмулятора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